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5B1F3A"/>
          </w:tcPr>
          <w:p>
            <w:r>
              <w:rPr>
                <w:rFonts w:ascii="Calibri" w:hAnsi="Calibri"/>
                <w:b/>
                <w:color w:val="FFFFFF"/>
                <w:sz w:val="32"/>
              </w:rPr>
              <w:t>Journal of Management and Business Research</w:t>
            </w:r>
          </w:p>
          <w:p>
            <w:r>
              <w:rPr>
                <w:color w:val="D6E2EE"/>
                <w:sz w:val="17"/>
              </w:rPr>
              <w:t>Manuscript template · Origlots Publisher · APA 7 references</w:t>
            </w:r>
          </w:p>
        </w:tc>
      </w:tr>
    </w:tbl>
    <w:p/>
    <w:p>
      <w:r>
        <w:rPr>
          <w:b/>
          <w:color w:val="D9A441"/>
          <w:sz w:val="17"/>
        </w:rPr>
        <w:t xml:space="preserve">Guidance: </w:t>
      </w:r>
      <w:r>
        <w:rPr>
          <w:i/>
          <w:color w:val="D9A441"/>
          <w:sz w:val="17"/>
        </w:rPr>
        <w:t>Delete all guidance before submission. Replace text in [brackets]. Keep the headings.</w:t>
      </w:r>
    </w:p>
    <w:p>
      <w:r>
        <w:rPr>
          <w:b/>
          <w:color w:val="D9A441"/>
          <w:sz w:val="17"/>
        </w:rPr>
        <w:t>[ARTICLE TYPE]</w:t>
      </w:r>
    </w:p>
    <w:p>
      <w:r>
        <w:rPr>
          <w:rFonts w:ascii="Calibri" w:hAnsi="Calibri"/>
          <w:b/>
          <w:color w:val="5B1F3A"/>
          <w:sz w:val="36"/>
        </w:rPr>
        <w:t>[Title: Concise and Informative, Without Abbreviations]</w:t>
      </w:r>
    </w:p>
    <w:p>
      <w:r>
        <w:t>[Firstname Lastname]ᵃ, [Firstname Lastname]ᵇ,*</w:t>
      </w:r>
    </w:p>
    <w:p>
      <w:r>
        <w:rPr>
          <w:color w:val="5B6573"/>
          <w:sz w:val="18"/>
        </w:rPr>
        <w:t>ᵃ [Department, Institution, City, Country]</w:t>
      </w:r>
    </w:p>
    <w:p>
      <w:r>
        <w:rPr>
          <w:color w:val="5B6573"/>
          <w:sz w:val="18"/>
        </w:rPr>
        <w:t>ᵇ [Department, Institution, City, Country]</w:t>
      </w:r>
    </w:p>
    <w:p>
      <w:r>
        <w:rPr>
          <w:color w:val="5B6573"/>
          <w:sz w:val="18"/>
        </w:rPr>
        <w:t>* Corresponding author: [email] · ORCID [0000-0000-0000-0000]</w:t>
      </w:r>
    </w:p>
    <w:p>
      <w:r>
        <w:rPr>
          <w:b/>
          <w:color w:val="D9A441"/>
          <w:sz w:val="17"/>
        </w:rPr>
        <w:t xml:space="preserve">Guidance: </w:t>
      </w:r>
      <w:r>
        <w:rPr>
          <w:i/>
          <w:color w:val="D9A441"/>
          <w:sz w:val="17"/>
        </w:rPr>
        <w:t>Double-blind review: remove names, affiliations and acknowledgements from this file; enter them in the online form.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5B1F3A"/>
                <w:sz w:val="18"/>
              </w:rPr>
              <w:t>HIGHLIGHTS</w:t>
            </w:r>
          </w:p>
          <w:p>
            <w:r>
              <w:rPr>
                <w:sz w:val="20"/>
              </w:rPr>
              <w:t>• [3–5 bullet points, each up to 85 characters]</w:t>
            </w:r>
          </w:p>
          <w:p>
            <w:r>
              <w:rPr>
                <w:sz w:val="20"/>
              </w:rPr>
              <w:t>• [The main new finding]</w:t>
            </w:r>
          </w:p>
          <w:p>
            <w:r>
              <w:rPr>
                <w:sz w:val="20"/>
              </w:rPr>
              <w:t>• [The new method or data]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5B1F3A"/>
                <w:sz w:val="18"/>
              </w:rPr>
              <w:t>ABSTRACT</w:t>
            </w:r>
          </w:p>
          <w:p>
            <w:r>
              <w:rPr>
                <w:sz w:val="20"/>
              </w:rPr>
              <w:t>[150–300 words without references. Background … Methods … Results … Conclusions …]</w:t>
            </w:r>
          </w:p>
        </w:tc>
      </w:tr>
    </w:tbl>
    <w:p/>
    <w:p>
      <w:r>
        <w:rPr>
          <w:b/>
        </w:rPr>
        <w:t xml:space="preserve">Keywords: </w:t>
      </w:r>
      <w:r>
        <w:t>[keyword 1]; [keyword 2]; [keyword 3]; [3–6 keywords]</w:t>
      </w:r>
    </w:p>
    <w:p>
      <w:pPr>
        <w:pStyle w:val="Heading1"/>
      </w:pPr>
      <w:r>
        <w:t>1. Introduction</w:t>
      </w:r>
    </w:p>
    <w:p>
      <w:r>
        <w:t>[Objectives and background, without a detailed literature survey or a summary of the results.] Cite as (Author, Year).</w:t>
      </w:r>
    </w:p>
    <w:p>
      <w:pPr>
        <w:pStyle w:val="Heading1"/>
      </w:pPr>
      <w:r>
        <w:t>2. Materials and methods</w:t>
      </w:r>
    </w:p>
    <w:p>
      <w:r>
        <w:t>[Enough detail for reproduction; ethics committee and approval number; reporting guideline.]</w:t>
      </w:r>
    </w:p>
    <w:p>
      <w:pPr>
        <w:pStyle w:val="Heading1"/>
      </w:pPr>
      <w:r>
        <w:t>3. Results</w:t>
      </w:r>
    </w:p>
    <w:p>
      <w:r>
        <w:t>[Clear and concise; cite every table and figure.]</w:t>
      </w:r>
    </w:p>
    <w:p>
      <w:r>
        <w:rPr>
          <w:b/>
        </w:rPr>
        <w:t xml:space="preserve">Table 1. </w:t>
      </w:r>
      <w:r>
        <w:t>[Self-contained caption.]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5B1F3A"/>
          </w:tcPr>
          <w:p>
            <w:r>
              <w:rPr>
                <w:color w:val="FFFFFF"/>
              </w:rPr>
              <w:t>Variable</w:t>
            </w:r>
          </w:p>
        </w:tc>
        <w:tc>
          <w:tcPr>
            <w:tcW w:type="dxa" w:w="2353"/>
            <w:shd w:val="clear" w:color="auto" w:fill="5B1F3A"/>
          </w:tcPr>
          <w:p>
            <w:r>
              <w:rPr>
                <w:color w:val="FFFFFF"/>
              </w:rPr>
              <w:t>Group A</w:t>
            </w:r>
          </w:p>
        </w:tc>
        <w:tc>
          <w:tcPr>
            <w:tcW w:type="dxa" w:w="2353"/>
            <w:shd w:val="clear" w:color="auto" w:fill="5B1F3A"/>
          </w:tcPr>
          <w:p>
            <w:r>
              <w:rPr>
                <w:color w:val="FFFFFF"/>
              </w:rPr>
              <w:t>Group B</w:t>
            </w:r>
          </w:p>
        </w:tc>
        <w:tc>
          <w:tcPr>
            <w:tcW w:type="dxa" w:w="2353"/>
            <w:shd w:val="clear" w:color="auto" w:fill="5B1F3A"/>
          </w:tcPr>
          <w:p>
            <w:r>
              <w:rPr>
                <w:color w:val="FFFFFF"/>
              </w:rPr>
              <w:t>p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</w:tbl>
    <w:p/>
    <w:p>
      <w:r>
        <w:rPr>
          <w:b/>
        </w:rPr>
        <w:t xml:space="preserve">Fig. 1. </w:t>
      </w:r>
      <w:r>
        <w:t>[Insert figure here. Caption: brief title and description. ≥ 300 dpi.]</w:t>
      </w:r>
    </w:p>
    <w:p>
      <w:pPr>
        <w:pStyle w:val="Heading1"/>
      </w:pPr>
      <w:r>
        <w:t>4. Discussion</w:t>
      </w:r>
    </w:p>
    <w:p>
      <w:r>
        <w:t>[Significance, comparison with previous work, limitations.]</w:t>
      </w:r>
    </w:p>
    <w:p>
      <w:pPr>
        <w:pStyle w:val="Heading1"/>
      </w:pPr>
      <w:r>
        <w:t>5. Conclusions</w:t>
      </w:r>
    </w:p>
    <w:p>
      <w:r>
        <w:t>[Main conclusions.]</w:t>
      </w:r>
    </w:p>
    <w:p>
      <w:pPr>
        <w:pStyle w:val="Heading1"/>
      </w:pPr>
      <w:r>
        <w:t>Declarations</w:t>
      </w:r>
    </w:p>
    <w:p>
      <w:r>
        <w:rPr>
          <w:b/>
        </w:rPr>
        <w:t xml:space="preserve">CRediT authorship contribution statement. </w:t>
      </w:r>
      <w:r>
        <w:t>[A. Author: Conceptualization, Methodology, Writing – original draft. B. Author: Formal analysis, Writing – review &amp; editing.]</w:t>
      </w:r>
    </w:p>
    <w:p>
      <w:r>
        <w:rPr>
          <w:b/>
        </w:rPr>
        <w:t xml:space="preserve">Funding. </w:t>
      </w:r>
      <w:r>
        <w:t>This work was supported by [Funder] [grant number]. / This research received no specific grant.</w:t>
      </w:r>
    </w:p>
    <w:p>
      <w:r>
        <w:rPr>
          <w:b/>
        </w:rPr>
        <w:t xml:space="preserve">Declaration of competing interest. </w:t>
      </w:r>
      <w:r>
        <w:t>The authors declare that they have no known competing financial interests or personal relationships that could have appeared to influence the work reported in this paper.</w:t>
      </w:r>
    </w:p>
    <w:p>
      <w:r>
        <w:rPr>
          <w:b/>
        </w:rPr>
        <w:t xml:space="preserve">Data availability. </w:t>
      </w:r>
      <w:r>
        <w:t>[Repository and DOI / Data will be made available on request.]</w:t>
      </w:r>
    </w:p>
    <w:p>
      <w:r>
        <w:rPr>
          <w:b/>
        </w:rPr>
        <w:t xml:space="preserve">Ethics approval and consent. </w:t>
      </w:r>
      <w:r>
        <w:t>[Committee, approval number / Not applicable.]</w:t>
      </w:r>
    </w:p>
    <w:p>
      <w:r>
        <w:rPr>
          <w:b/>
        </w:rPr>
        <w:t xml:space="preserve">Declaration of generative AI use. </w:t>
      </w:r>
      <w:r>
        <w:t>[Tool and purpose, and that the authors reviewed the output / Not used.]</w:t>
      </w:r>
    </w:p>
    <w:p>
      <w:r>
        <w:rPr>
          <w:b/>
        </w:rPr>
        <w:t xml:space="preserve">Acknowledgements. </w:t>
      </w:r>
      <w:r>
        <w:t>[People who helped but do not meet authorship criteria.]</w:t>
      </w:r>
    </w:p>
    <w:p>
      <w:pPr>
        <w:pStyle w:val="Heading1"/>
      </w:pPr>
      <w:r>
        <w:t>References</w:t>
      </w:r>
    </w:p>
    <w:p>
      <w:r>
        <w:rPr>
          <w:b/>
          <w:color w:val="D9A441"/>
          <w:sz w:val="17"/>
        </w:rPr>
        <w:t xml:space="preserve">Guidance: </w:t>
      </w:r>
      <w:r>
        <w:rPr>
          <w:i/>
          <w:color w:val="D9A441"/>
          <w:sz w:val="17"/>
        </w:rPr>
        <w:t>APA 7: list alphabetically with a hanging indent, include DOIs.</w:t>
      </w:r>
    </w:p>
    <w:p>
      <w:pPr>
        <w:ind w:left="567" w:hanging="567"/>
      </w:pPr>
      <w:r>
        <w:t>Mettam, G. R., &amp; Adams, L. B. (2009). How to prepare an electronic version of your article. In B. S. Jones &amp; R. Z. Smith (Eds.), Introduction to the electronic age (pp. 281–304). E-Publishing Inc.</w:t>
      </w:r>
    </w:p>
    <w:p>
      <w:pPr>
        <w:ind w:left="567" w:hanging="567"/>
      </w:pPr>
      <w:r>
        <w:t>Nguyen, S., &amp; Brown, L. (2025). Early detection of crop stress from satellite images [Preprint]. bioRxiv. https://doi.org/10.1101/2025.01.01.000000</w:t>
      </w:r>
    </w:p>
    <w:p>
      <w:pPr>
        <w:ind w:left="567" w:hanging="567"/>
      </w:pPr>
      <w:r>
        <w:t>Oguro, M., Imahiro, S., Saito, S., &amp; Nakashizuka, T. (2015). Mortality data for Japanese oak wilt disease (Version 1) [Data set]. Mendeley Data. https://doi.org/10.17632/xwj98nb39r.1</w:t>
      </w:r>
    </w:p>
    <w:p>
      <w:pPr>
        <w:ind w:left="567" w:hanging="567"/>
      </w:pPr>
      <w:r>
        <w:t>Strunk, W., Jr., &amp; White, E. B. (2000). The elements of style (4th ed.). Longman.</w:t>
      </w:r>
    </w:p>
    <w:p>
      <w:pPr>
        <w:ind w:left="567" w:hanging="567"/>
      </w:pPr>
      <w:r>
        <w:t>Van der Geer, J., Hanraads, J. A. J., &amp; Lupton, R. A. (2010). The art of writing a scientific article. Journal of Scientific Communications, 163, 51–59. https://doi.org/10.1016/j.sc.2010.00372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573"/>
        <w:sz w:val="16"/>
      </w:rPr>
      <w:t>Open access ·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573"/>
        <w:sz w:val="16"/>
      </w:rPr>
      <w:t>Journal of Management and Business Research  ·  Origlots Publisher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5B1F3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5B1F3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